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FORMULARZ ZWROTU TOWARU</w:t>
      </w:r>
    </w:p>
    <w:p/>
    <w:p>
      <w:r>
        <w:t>Adresat:</w:t>
      </w:r>
    </w:p>
    <w:p>
      <w:r>
        <w:t>Ecomax Sp. z o.o.</w:t>
      </w:r>
    </w:p>
    <w:p>
      <w:r>
        <w:t>ul. Chwytowo 14/u1</w:t>
      </w:r>
    </w:p>
    <w:p>
      <w:r>
        <w:t>85-223 Bydgoszcz</w:t>
      </w:r>
    </w:p>
    <w:p>
      <w:r>
        <w:t>e-mail: biuro@ecomax.pl</w:t>
      </w:r>
    </w:p>
    <w:p/>
    <w:p>
      <w:r>
        <w:rPr>
          <w:b/>
        </w:rPr>
        <w:t>Dane klienta:</w:t>
        <w:br/>
      </w:r>
    </w:p>
    <w:p>
      <w:r>
        <w:t>Imię i nazwisko / Nazwa firmy: ________________________________________________</w:t>
      </w:r>
    </w:p>
    <w:p>
      <w:r>
        <w:t>Adres: _______________________________________________________________________</w:t>
      </w:r>
    </w:p>
    <w:p>
      <w:r>
        <w:t>Telefon / e-mail: ______________________________________________________________</w:t>
      </w:r>
    </w:p>
    <w:p/>
    <w:p>
      <w:r>
        <w:rPr>
          <w:b/>
        </w:rPr>
        <w:t>Dane zamówienia:</w:t>
        <w:br/>
      </w:r>
    </w:p>
    <w:p>
      <w:r>
        <w:t>Numer zamówienia / faktury: ____________________________________________________</w:t>
      </w:r>
    </w:p>
    <w:p>
      <w:r>
        <w:t>Data zakupu: ___________________________   Data otrzymania towaru: ______________</w:t>
      </w:r>
    </w:p>
    <w:p/>
    <w:p>
      <w:r>
        <w:rPr>
          <w:b/>
        </w:rPr>
        <w:t>Zwracany towar:</w:t>
        <w:br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Nr</w:t>
            </w:r>
          </w:p>
        </w:tc>
        <w:tc>
          <w:tcPr>
            <w:tcW w:type="dxa" w:w="1728"/>
          </w:tcPr>
          <w:p>
            <w:r>
              <w:t>Nazwa produktu</w:t>
            </w:r>
          </w:p>
        </w:tc>
        <w:tc>
          <w:tcPr>
            <w:tcW w:type="dxa" w:w="1728"/>
          </w:tcPr>
          <w:p>
            <w:r>
              <w:t>Kod / SKU</w:t>
            </w:r>
          </w:p>
        </w:tc>
        <w:tc>
          <w:tcPr>
            <w:tcW w:type="dxa" w:w="1728"/>
          </w:tcPr>
          <w:p>
            <w:r>
              <w:t>Ilość</w:t>
            </w:r>
          </w:p>
        </w:tc>
        <w:tc>
          <w:tcPr>
            <w:tcW w:type="dxa" w:w="1728"/>
          </w:tcPr>
          <w:p>
            <w:r>
              <w:t>Powód zwrotu (opcjonalnie)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</w:tbl>
    <w:p/>
    <w:p>
      <w:r>
        <w:rPr>
          <w:b/>
        </w:rPr>
        <w:t>Forma rozliczenia:</w:t>
        <w:br/>
      </w:r>
    </w:p>
    <w:p>
      <w:r>
        <w:t>☐ Zwrot środków na konto</w:t>
      </w:r>
    </w:p>
    <w:p>
      <w:r>
        <w:t>☐ Wymiana na inny towar</w:t>
      </w:r>
    </w:p>
    <w:p>
      <w:r>
        <w:t>Numer konta bankowego do zwrotu: ______________________________________________</w:t>
      </w:r>
    </w:p>
    <w:p/>
    <w:p>
      <w:r>
        <w:rPr>
          <w:b/>
        </w:rPr>
        <w:t>Uwagi dodatkowe (opcjonalnie):</w:t>
        <w:br/>
      </w:r>
    </w:p>
    <w:p>
      <w:r>
        <w:t>_______________________________________________________________________________</w:t>
      </w:r>
    </w:p>
    <w:p>
      <w:r>
        <w:t>_______________________________________________________________________________</w:t>
      </w:r>
    </w:p>
    <w:p>
      <w:r>
        <w:t>_______________________________________________________________________________</w:t>
      </w:r>
    </w:p>
    <w:p/>
    <w:p>
      <w:r>
        <w:rPr>
          <w:b/>
        </w:rPr>
        <w:t>Podpis i data:</w:t>
        <w:br/>
      </w:r>
    </w:p>
    <w:p>
      <w:r>
        <w:t>.......................................................   Data: ______________________</w:t>
      </w:r>
    </w:p>
    <w:p>
      <w:r>
        <w:t>(podpis klienta – w przypadku wersji papierowej)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